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योग निद्रा पर सरकारी रिसर्च - PMC9033521 - पूरा हिंदी अनुवाद</w:t>
      </w:r>
    </w:p>
    <w:p>
      <w:r>
        <w:t>योग निद्रा पर सरकारी रिसर्च - PMC9033521 का हिंदी अनुवाद</w:t>
        <w:br/>
        <w:t xml:space="preserve"> स्रोत: https://pmc.ncbi.nlm.nih.gov/articles/PMC9033521/</w:t>
        <w:br/>
        <w:t xml:space="preserve"> प्रकाशक: National Center for Biotechnology Information, U.S. National Library of Medicine, NIH - अमेरिका सरकार</w:t>
      </w:r>
    </w:p>
    <w:p>
      <w:r>
        <w:t>सार (Abstract)</w:t>
        <w:br/>
        <w:t>योग निद्रा, जिसे ‘यौगिक नींद’ भी कहा जाता है, एक प्राचीन तांत्रिक विश्राम तकनीक का सरलीकृत रूप है। सबसे सामान्य वर्णन यह है कि यह निर्देशित मानसिक कल्पना (guided mental imagery) को एक विशिष्ट योग मुद्रा शवासन (corpse pose) के साथ जोड़ती है। योग निद्रा का लक्ष्य गहन विश्राम को बढ़ावा देना है, जो नींद से इस मायने में अलग है कि इसमें अभी भी परिवेश के प्रति जागरूकता बनी रहती है।</w:t>
      </w:r>
    </w:p>
    <w:p>
      <w:r>
        <w:t>जबकि अभ्यास के कई घटक प्राचीन काल से ज्ञात थे, 1960 के दशक तक स्वामी सत्यानंद सरस्वती के लेखन के माध्यम से जनता के लिए अद्यतन और व्यवस्थित प्रणाली पेश नहीं की गई थी। योग के अन्य स्कूलों के विपरीत, जो एकाग्रता पर जोर देते हैं, योग निद्रा का लक्ष्य पूर्ण विश्राम है।</w:t>
      </w:r>
    </w:p>
    <w:p>
      <w:r>
        <w:t>योग निद्रा द्वारा प्रेरित शांत आंतरिक स्थिरता को चिकित्सकों द्वारा एक प्रभावी तनाव प्रबंधन उपकरण होने के साथ-साथ व्यक्तिगत संकल्पों के प्रति अधिक ग्रहणशीलता प्राप्त करने का साधन भी माना जाता है। ये संकल्प आत्म-परिवर्तन प्राप्त करने, रचनात्मकता बढ़ाने या सीखने की क्षमता में सुधार करने के लक्ष्य से लेकर हो सकते हैं।</w:t>
      </w:r>
    </w:p>
    <w:p>
      <w:r>
        <w:t>इसके अतिरिक्त, योग निद्रा शारीरिक और मानसिक स्वास्थ्य में लाभकारी परिवर्तन को बढ़ावा देने का दावा करती है। निम्नलिखित कथा समीक्षा योग निद्रा विश्राम की अंतिम स्थिति को प्राप्त करने के लिए उपयोग किए जाने वाले बुनियादी चरणों के साथ-साथ इसके शारीरिक और मनोवैज्ञानिक प्रभावों के बारे में कुछ हालिया प्रयोगात्मक निष्कर्षों का सार प्रस्तुत करती है।</w:t>
      </w:r>
    </w:p>
    <w:p>
      <w:r>
        <w:t>क्लिनिकल अध्ययनों से पता चला है कि योग निद्रा ध्यान सकारात्मक शारीरिक परिवर्तनों से जुड़ा है, जिसमें कई रक्त संबंधी चर, लाल रक्त कोशिका गिनती, रक्त ग्लूकोज स्तर और हार्मोनल स्थिति में सुधार शामिल है। दो न्यूरोइमेजिंग अध्ययनों से पता चला है कि योग निद्रा अंतर्जात डोपामाइन रिलीज और मस्तिष्क रक्त प्रवाह में परिवर्तन पैदा करती है, जो इस बात की और पुष्टि है कि सीएनएस पर इसके प्रभाव वस्तुनिष्ठ रूप से मापने योग्य हैं।</w:t>
      </w:r>
    </w:p>
    <w:p>
      <w:r>
        <w:t>अभ्यास को हल्के अवसाद और चिंता के मनोवैज्ञानिक रूप से मापे गए सूचकांकों को कम करने के लिए भी दिखाया गया है, हालांकि ये लाभ गंभीर अवसाद या गंभीर चिंता तक विस्तारित नहीं होते हैं।</w:t>
      </w:r>
    </w:p>
    <w:p>
      <w:r>
        <w:t>कीवर्ड: क्लिनिकल, शवासन, चिकित्सा, निद्रा, शवासन, नींद, योग निद्रा, यौगिक नींद</w:t>
      </w:r>
    </w:p>
    <w:p>
      <w:r>
        <w:t>स्वामी सत्यानंद का उद्धरण</w:t>
        <w:br/>
        <w:t>“जब जागरूकता मानसिक गतिविधि से अलग और विशिष्ट हो, जब जागना, सपना और गहरी नींद बादलों की तरह गुजरें, फिर भी आत्म की जागरूकता बनी रहे, यह पूर्ण विश्राम का अनुभव है... इसीलिए तंत्र में, योग निद्रा को समाधि का द्वार कहा जाता है।” - स्वामी सत्यानंद</w:t>
      </w:r>
    </w:p>
    <w:p>
      <w:pPr>
        <w:pStyle w:val="Heading1"/>
      </w:pPr>
      <w:r>
        <w:t>ऐतिहासिक जड़ें</w:t>
      </w:r>
    </w:p>
    <w:p>
      <w:r>
        <w:t>उपनिषद - 600 ईसा पूर्व</w:t>
        <w:br/>
        <w:t>योग निद्रा का इतिहास योग जितना ही पुराना माना जाता है, पहला संदर्भ उपनिषदों (लगभग 600 ईसा पूर्व) में है। मांडूक्य उपनिषद में चेतना के चार स्तरों में से तीसरे के रूप में इसका उल्लेख है:</w:t>
        <w:br/>
        <w:t>अमात्रश्चतुर्थोऽव्यवहार्यः प्रपंचोपशमः शिवोऽद्वैत एवम् ओंकार आत्मैव...</w:t>
      </w:r>
    </w:p>
    <w:p>
      <w:r>
        <w:t>तीसरी या गहरी नींद की अवस्था में बाहरी अनुभव की किसी वस्तु की आवश्यकता समाप्त हो गई है। यह स्वप्न रहित नींद या अविभाजित चेतना की अवस्था है।</w:t>
      </w:r>
    </w:p>
    <w:p>
      <w:r>
        <w:t>महाभारत और भगवद गीता</w:t>
        <w:br/>
        <w:t>महाभारत [5] में भगवान कृष्ण का संबंध योग निद्रा से है:</w:t>
        <w:br/>
        <w:t>“[सागर] कमल-नाभि वाले विष्णु का बिस्तर बन जाता है जब हर युग के अंत में वह असीम शक्ति वाला देवता योग-निद्रा का आनंद लेता है, आध्यात्मिक ध्यान के जादू में गहरी नींद।” - महाभारत, पुस्तक 1, खंड XXI</w:t>
      </w:r>
    </w:p>
    <w:p>
      <w:r>
        <w:t>भगवद गीता 10:20 में कृष्ण अर्जुन को 'गुडाकेश' कहते हैं, जिसका अर्थ है जिसने नींद पर विजय प्राप्त कर ली है।</w:t>
      </w:r>
    </w:p>
    <w:p>
      <w:r>
        <w:t>आदि शंकराचार्य - योग तरावली - 8वीं शताब्दी</w:t>
        <w:br/>
        <w:t>विच्छिन्न संकल्पविकल्पमूले निःशेषनिर्मूलित कर्मजाले | निरंतराभ्यासनितांत भद्रासा जृंभते योगिनी योगनिद्रा || 25</w:t>
        <w:br/>
        <w:t>अर्थ: जब अहंकार शांत हो गया हो, इंद्रियों की धारणाओं के बीच संदेश अब मन में दर्ज नहीं हो रहे हों, और व्यक्तिगत पहचान की भावना फिसल गई हो, तब योग निद्रा की शांत प्रक्रिया शुरू होती है।</w:t>
      </w:r>
    </w:p>
    <w:p>
      <w:r>
        <w:t>विश्रांतिमासाद्य तुरीयतल्पे विश्वाद्यवस्थात्रितयोपारिस्थे | संविन्मयीं कामपि सर्वकालं निद्रा सखे निर्विश निर्विकल्पाम् || 26</w:t>
      </w:r>
    </w:p>
    <w:p>
      <w:r>
        <w:t>विज्ञान भैरव - 7वीं शताब्दी</w:t>
        <w:br/>
        <w:t>लगभग 112 प्रकार के योग ध्यान अभ्यासों में से योग निद्रा को इस प्रकार परिभाषित किया गया है:</w:t>
        <w:br/>
        <w:t>अनागतायां निद्रायां प्रणस्ते बाह्यगोचरे | सावस्था मनसा गम्या परा देवी प्रकाशते || 75</w:t>
        <w:br/>
        <w:t>अर्थ: जब नींद अभी पूरी तरह से प्रकट नहीं हुई है, यानी जब व्यक्ति सोने वाला है, और सभी बाहरी वस्तुएं दृष्टि से ओझल हो गई हैं, तो वह अवस्था (नींद और जागने के बीच) वह है जिसमें एकाग्र होना चाहिए।</w:t>
      </w:r>
    </w:p>
    <w:p>
      <w:r>
        <w:t>हठयोग ग्रंथ</w:t>
        <w:br/>
        <w:t>हठयोग प्रदीपिका (15वीं शताब्दी) 1:32 - उत्तानं शबवद्भूमौ शयनं तच्छवासनम् | शवासनं श्रान्तिहरं चित्तविश्रान्तिकारकम् ||</w:t>
        <w:br/>
        <w:t>अर्थ: योग निद्रा के अभ्यासी को जमीन पर ऊपर की ओर मुंह करके सपाट लेटना चाहिए, और मृत शरीर की मुद्रा धारण करनी चाहिए। इस स्थिति में सामान्य थकान घुल जाती है।</w:t>
      </w:r>
    </w:p>
    <w:p>
      <w:r>
        <w:t>घेरंड संहिता 2:19 और हठ रत्नावली 3:76 भी शवासन को थकान दूर करने और मन की व्याकुलता शांत करने वाला बताते हैं।</w:t>
      </w:r>
    </w:p>
    <w:p>
      <w:pPr>
        <w:pStyle w:val="Heading1"/>
      </w:pPr>
      <w:r>
        <w:t>योग निद्रा के सिद्धांत और अभ्यास - 7 चरण</w:t>
      </w:r>
    </w:p>
    <w:p>
      <w:r>
        <w:t>1. तैयारी - शवासन: हथेलियां ऊपर, अंगों के बीच संपर्क नहीं, स्पर्श संवेदना कम, कोई शारीरिक हलचल नहीं, जागरूक रहना, आंखें बंद, हाथ-पैर लगभग 45 डिग्री, गहरी सांस।</w:t>
      </w:r>
    </w:p>
    <w:p>
      <w:r>
        <w:t>2. संकल्प - व्यक्तिगत संकल्प: छोटा, स्पष्ट, सकारात्मक - जैसे “मैं धूम्रपान छोड़ने का संकल्प लेता हूं” - 3 बार दृढ़ता से मानसिक दोहराव। निष्क्रिय अवस्था में आत्म-सुझाव अचेतन में तेजी से अवशोषित होता है।</w:t>
      </w:r>
    </w:p>
    <w:p>
      <w:r>
        <w:t>3. चेतना का घुमाव: दायें हाथ अंगूठे से शुरू कर छोटी उंगली तक, दायें पैर छोटी उंगली तक, बायें हाथ से बायें पैर, पीठ एड़ी से सिर के पीछे तक, सामने माथा और चेहरे की विशेषताओं से पैरों तक। यह मोटर स्किल लर्निंग में भी सहायक हो सकता है।</w:t>
      </w:r>
    </w:p>
    <w:p>
      <w:r>
        <w:t>4. श्वास जागरूकता: नाक, छाती, पेट, नाभि से कंठ के बीच सांस के प्राकृतिक प्रवाह पर ध्यान, प्रवाह बदले बिना गिनती।</w:t>
      </w:r>
    </w:p>
    <w:p>
      <w:r>
        <w:t>5. विपरीत भावनाएं और संवेदनाएं: भारीपन-हल्कापन, गर्मी-ठंड, दर्द-सुख जैसी विपरीत भावनाओं को तीव्रता से याद करना।</w:t>
      </w:r>
    </w:p>
    <w:p>
      <w:r>
        <w:t>6. दृश्यावलीकरण: बंद आंखों के सामने अंधेरे में चिदाकाश (माथे के पीछे केंद्रित) में विभिन्न दृश्यों की कल्पना।</w:t>
      </w:r>
    </w:p>
    <w:p>
      <w:r>
        <w:t>7. संकल्प दोहराव और समापन: फिर से संकल्प 3 बार “पूर्ण समर्पण, विश्वास और आशावाद के साथ”, फिर धीरे-धीरे बाहरी ध्वनियों, वस्तुओं, व्यक्तियों की ओर ध्यान, शरीर और परिवेश के प्रति जागरूक, दायीं करवट लेटे रहना, प्रत्येक अंग धीरे हिलाना, खिंचाव, जब आरामदायक लगे तब आंखें खोलना।</w:t>
      </w:r>
    </w:p>
    <w:p>
      <w:pPr>
        <w:pStyle w:val="Heading1"/>
      </w:pPr>
      <w:r>
        <w:t>वैज्ञानिक अध्ययन - 24+ क्लिनिकल अध्ययन</w:t>
      </w:r>
    </w:p>
    <w:p>
      <w:r>
        <w:t>तनाव, चिंता, अवसाद</w:t>
        <w:br/>
        <w:t>- 150 महिलाएं मासिक अनियमितता - Monika et al 2012 RCT - 75 योग निद्रा + दवा, 75 केवल दवा, 5 दिन/हफ्ता 6 महीने, 35-40 मिनट रोज। चिंता P&lt;0.003 और अवसाद P&lt;0.01 में उल्लेखनीय कमी, सकारात्मक कल्याण P&lt;0.02, जीवन शक्ति P&lt;0.01 सुधरी।</w:t>
        <w:br/>
        <w:t>- 110 PG छात्र - Kumar 2008 - 80 प्रयोगात्मक 30 नियंत्रण, 6 महीने 30 मिनट रोज। तनाव P&lt;2.5 और चिंता P&lt;2.48 कम।</w:t>
        <w:br/>
        <w:t>- 50 नर्सिंग छात्र - Rani 2013 - 19 दिन 48 मिनट, तनाव 28.82 से 17.8 P&lt;0.05।</w:t>
        <w:br/>
        <w:t>- सरकारी निष्कर्ष: योग निद्रा रिलैक्सेशन रिस्पॉन्स पैदा करती है जो चिंता-अवसाद के साथ असंगत है।</w:t>
      </w:r>
    </w:p>
    <w:p>
      <w:r>
        <w:t>नींद अनिद्रा</w:t>
        <w:br/>
        <w:t>- Datta 2021 RCT - 41 क्रॉनिक अनिद्रा, CBTi vs योग निद्रा, 2012-2016 अध्ययन, लार कॉर्टिसॉल p=0.041 घटा, N3 गहरी नींद सुधरी, जागने की अवधि कम।</w:t>
        <w:br/>
        <w:t>- Datta 2017 केस रिपोर्ट - 2 अनिद्रा रोगी, 60 साल बिना दवा, 78 साल दवा के साथ, 6 महीने, नींद शुरू होना, अवधि, गुणवत्ता सुधरी, भावनात्मक कष्ट कम।</w:t>
        <w:br/>
        <w:t>- सरकार कहती है 1 घंटा योग निद्रा = 4 घंटे नींद - तीसरी मानसिक अवस्था।</w:t>
      </w:r>
    </w:p>
    <w:p>
      <w:r>
        <w:t>रक्तचाप और हृदय</w:t>
        <w:br/>
        <w:t>- Kumar 2005 - 40 हल्का उच्च रक्तचाप 30-60 साल, 15 दिन 30 मिनट, BP सिस्टोलिक t=10.13 डायस्टोलिक t=8.09, पल्स t=6.47, श्वास t=5.02, तनाव t=8.12, गुस्सा t=4.76, डर t=3.57 सभी महत्वपूर्ण।</w:t>
      </w:r>
    </w:p>
    <w:p>
      <w:r>
        <w:t>मधुमेह</w:t>
        <w:br/>
        <w:t>- Amita 2009 - 41 मध्यम आयु मधुमेह रोगी, 20 दवा + योग निद्रा, 21 केवल दवा, 90 दिन 30 मिनट रोज, ब्लड ग्लूकोज p≤0.004 घटा। सरकार कहती है परंपरागत चिकित्सा के प्रतिरोधी स्थिति पर भी pronounced लाभ।</w:t>
      </w:r>
    </w:p>
    <w:p>
      <w:r>
        <w:t>पीठ दर्द</w:t>
        <w:br/>
        <w:t>- Manik 2017 AIIMS भुवनेश्वर - 172 लंबर स्पोंडिलाइटिस 21-79 साल, IRPG 1 सेशन, STPG 15 दिन, LTPG 1 महीना, 1 घंटा रोज। दर्द राहत अवधि से सीधा संबंध - IRPG सुधार 3.33±2.96 22.8%, STPG 7.3±1.99 51%, LTPG 10±1.91 64% P&lt;0.001।</w:t>
      </w:r>
    </w:p>
    <w:p>
      <w:r>
        <w:t>छात्र और एथलीट</w:t>
        <w:br/>
        <w:t>- Kumar 2006 - 110 छात्र 20-30 साल, 80 प्रयोगात्मक 30 नियंत्रण, 6 महीने, Alpha EEG और GSR P&lt;0.01 सुधरा, सतर्कता बढ़ी।</w:t>
        <w:br/>
        <w:t>- Sethi &amp; Singh 2016 - 40 पहलवान 18-25 साल, 45 दिन, रिएक्शन टाइम P&lt;0.05 सुधरा, Simple visual t=5.42 Choice t=3.14।</w:t>
      </w:r>
    </w:p>
    <w:p>
      <w:r>
        <w:t>अन्य</w:t>
        <w:br/>
        <w:t>- Sethi 1981 तनाव सिरदर्द - शवासन EMG बायोफीडबैक के बराबर, 50% vs 43%, युवा 16-25 में 83% रिस्पॉन्स।</w:t>
        <w:br/>
        <w:t>- Markil 2012 HRV - 20 लोग 18-47 साल, एक सेशन हठ योग + 30 मिनट योग निद्रा vs केवल 30 मिनट योग निद्रा, दोनों में HRV P&lt;0.001 सुधार।</w:t>
      </w:r>
    </w:p>
    <w:p>
      <w:r>
        <w:t>निष्कर्ष</w:t>
        <w:br/>
        <w:t>सरकारी लेख का निष्कर्ष: योग निद्रा तनाव, चिंता, अवसाद, अनिद्रा, दर्द, रक्तचाप, मधुमेह, मासिक अनियमितता में सहायक अभ्यास के रूप में उभर रही है। यह चिकित्सा का विकल्प नहीं है, बल्कि सहायक अभ्यास है। इसके प्रभाव सीएनएस पर वस्तुनिष्ठ रूप से मापने योग्य हैं - डोपामाइन रिलीज और मस्तिष्क रक्त प्रवाह में परिवर्तन।</w:t>
      </w:r>
    </w:p>
    <w:p>
      <w:r>
        <w:t>डिस्क्लेमर: यह हिंदी अनुवाद शैक्षिक उद्देश्य से है। मूल अंग्रेजी लेख ही प्रमाणिक है। योग निद्रा चिकित्सा का विकल्प नहीं है। हमेशा डॉक्टर से परामर्श लें।</w:t>
      </w:r>
    </w:p>
    <w:p>
      <w:r>
        <w:t>स्रोत: https://pmc.ncbi.nlm.nih.gov/articles/PMC9033521/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